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/>
          <w:b/>
          <w:i w:val="0"/>
          <w:sz w:val="40"/>
        </w:rPr>
        <w:t>Aarav Sharma</w:t>
      </w:r>
    </w:p>
    <w:p>
      <w:r>
        <w:rPr>
          <w:rFonts w:ascii="Arial" w:hAnsi="Arial"/>
          <w:b w:val="0"/>
          <w:i w:val="0"/>
          <w:sz w:val="20"/>
        </w:rPr>
        <w:t>aarav.sharma@example.com | +91 00000 00000 | Pune, India | linkedin.com/in/aarav-sharma-example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EDUCATION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Business School (fictional)</w:t>
      </w:r>
      <w:r>
        <w:rPr>
          <w:rFonts w:ascii="Arial" w:hAnsi="Arial"/>
          <w:b w:val="0"/>
          <w:i w:val="0"/>
          <w:sz w:val="21"/>
        </w:rPr>
        <w:tab/>
        <w:t>2025 - 2027 (expected)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MBA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CGPA [X.X]/10. Product club lead.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Institute of Technology (fictional)</w:t>
      </w:r>
      <w:r>
        <w:rPr>
          <w:rFonts w:ascii="Arial" w:hAnsi="Arial"/>
          <w:b w:val="0"/>
          <w:i w:val="0"/>
          <w:sz w:val="21"/>
        </w:rPr>
        <w:tab/>
        <w:t>2018 - 2022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B.Tech, Information Technology</w:t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First class with distinction.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EXPERIENCE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Fintech Pvt Ltd (fictional)</w:t>
      </w:r>
      <w:r>
        <w:rPr>
          <w:rFonts w:ascii="Arial" w:hAnsi="Arial"/>
          <w:b w:val="0"/>
          <w:i w:val="0"/>
          <w:sz w:val="21"/>
        </w:rPr>
        <w:tab/>
        <w:t>May 2026 - Jul 2026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Summer Intern, Product Management, Bengaluru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Interviewed 22 small-business users and analysed 300 support tickets; found invoice follow-ups were the top pain point.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Wrote the PRD for automated payment reminders; shipped to 2,000 pilot users, cutting average payment delay from 17 to 12 days.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Set up a funnel dashboard that showed a 31 percent drop at the bank-link step; the redesign recovered 9 points.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Example Software Solutions Pvt Ltd (fictional)</w:t>
      </w:r>
      <w:r>
        <w:rPr>
          <w:rFonts w:ascii="Arial" w:hAnsi="Arial"/>
          <w:b w:val="0"/>
          <w:i w:val="0"/>
          <w:sz w:val="21"/>
        </w:rPr>
        <w:tab/>
        <w:t>Jul 2022 - Jun 2025</w:t>
      </w:r>
    </w:p>
    <w:p>
      <w:pPr>
        <w:spacing w:after="20"/>
      </w:pPr>
      <w:r>
        <w:rPr>
          <w:rFonts w:ascii="Arial" w:hAnsi="Arial"/>
          <w:b w:val="0"/>
          <w:i/>
          <w:sz w:val="21"/>
        </w:rPr>
        <w:t>Software Engineer, then Associate Product Manager, Pune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Shipped 3 mobile onboarding releases for an app with 150,000 users; 7-day retention rose from 28 to 34 percent.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Ran 11 A/B tests on onboarding and checkout; winning variants lifted conversion from 5.2 to 6.4 percent.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Reduced support tickets about login by 40 percent after redesigning the flow and adding in-app help.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PROJECTS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Built and launched [study planner app]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1,200 student users in 3 months; 35 percent weekly active; shipped 6 releases from user feedback.</w:t>
      </w:r>
    </w:p>
    <w:p>
      <w:pPr>
        <w:tabs>
          <w:tab w:pos="10080" w:val="right"/>
        </w:tabs>
        <w:spacing w:after="0"/>
      </w:pPr>
      <w:r>
        <w:rPr>
          <w:rFonts w:ascii="Arial" w:hAnsi="Arial"/>
          <w:b/>
          <w:i w:val="0"/>
          <w:sz w:val="21"/>
        </w:rPr>
        <w:t>Product teardown: [Indian food delivery app]</w:t>
      </w:r>
      <w:r>
        <w:rPr>
          <w:rFonts w:ascii="Arial" w:hAnsi="Arial"/>
          <w:b w:val="0"/>
          <w:i w:val="0"/>
          <w:sz w:val="21"/>
        </w:rPr>
        <w:tab/>
      </w:r>
    </w:p>
    <w:p>
      <w:pPr>
        <w:spacing w:after="20"/>
      </w:pPr>
      <w:r>
        <w:rPr>
          <w:rFonts w:ascii="Arial" w:hAnsi="Arial"/>
          <w:b w:val="0"/>
          <w:i w:val="0"/>
          <w:sz w:val="20"/>
        </w:rPr>
        <w:t>Prioritised 3 improvements using RICE; proposed a test plan with metrics and sample sizes.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SKILLS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Core: </w:t>
      </w:r>
      <w:r>
        <w:rPr>
          <w:rFonts w:ascii="Arial" w:hAnsi="Arial"/>
          <w:b w:val="0"/>
          <w:i w:val="0"/>
          <w:sz w:val="20"/>
        </w:rPr>
        <w:t>Product discovery, Prioritisation, PRDs, Experimentation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Tools: </w:t>
      </w:r>
      <w:r>
        <w:rPr>
          <w:rFonts w:ascii="Arial" w:hAnsi="Arial"/>
          <w:b w:val="0"/>
          <w:i w:val="0"/>
          <w:sz w:val="20"/>
        </w:rPr>
        <w:t>SQL, Mixpanel, Figma, Jira, Excel</w:t>
      </w:r>
    </w:p>
    <w:p>
      <w:pPr>
        <w:spacing w:after="0"/>
      </w:pPr>
      <w:r>
        <w:rPr>
          <w:rFonts w:ascii="Arial" w:hAnsi="Arial"/>
          <w:b/>
          <w:i w:val="0"/>
          <w:sz w:val="20"/>
        </w:rPr>
        <w:t xml:space="preserve">Languages: </w:t>
      </w:r>
      <w:r>
        <w:rPr>
          <w:rFonts w:ascii="Arial" w:hAnsi="Arial"/>
          <w:b w:val="0"/>
          <w:i w:val="0"/>
          <w:sz w:val="20"/>
        </w:rPr>
        <w:t>English, Hindi, Marathi</w:t>
      </w:r>
    </w:p>
    <w:p>
      <w:pPr>
        <w:spacing w:before="160" w:after="40"/>
        <w:pBdr>
          <w:bottom w:val="single" w:sz="6" w:space="1" w:color="111111"/>
        </w:pBdr>
      </w:pPr>
      <w:r>
        <w:rPr>
          <w:rFonts w:ascii="Arial" w:hAnsi="Arial"/>
          <w:b/>
          <w:i w:val="0"/>
          <w:sz w:val="20"/>
        </w:rPr>
        <w:t>EXTRACURRICULARS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Product club lead: ran 6 teardown sessions for 70 members.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Mentor at a coding bootcamp for school students.</w:t>
      </w:r>
    </w:p>
    <w:p>
      <w:pPr>
        <w:pStyle w:val="ListBullet"/>
        <w:spacing w:after="20"/>
      </w:pPr>
      <w:r>
        <w:rPr>
          <w:rFonts w:ascii="Arial" w:hAnsi="Arial"/>
          <w:b w:val="0"/>
          <w:i w:val="0"/>
          <w:sz w:val="20"/>
        </w:rPr>
        <w:t>Plays acoustic guitar; performs at college events.</w:t>
      </w:r>
    </w:p>
    <w:p>
      <w:pPr>
        <w:spacing w:before="160"/>
      </w:pPr>
      <w:r>
        <w:rPr>
          <w:rFonts w:ascii="Arial" w:hAnsi="Arial"/>
          <w:b w:val="0"/>
          <w:i/>
          <w:color w:val="76809B"/>
          <w:sz w:val="16"/>
        </w:rPr>
        <w:t>Template note: Fictional candidate. All names, employers, figures and contact details are invented for illustration. Replace every [placeholder] with your own facts.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