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rFonts w:ascii="Arial" w:hAnsi="Arial"/>
          <w:b/>
          <w:i w:val="0"/>
          <w:sz w:val="40"/>
        </w:rPr>
        <w:t>Aarav Sharma</w:t>
      </w:r>
    </w:p>
    <w:p>
      <w:r>
        <w:rPr>
          <w:rFonts w:ascii="Arial" w:hAnsi="Arial"/>
          <w:b w:val="0"/>
          <w:i w:val="0"/>
          <w:sz w:val="20"/>
        </w:rPr>
        <w:t>aarav.sharma@example.com | +91 00000 00000 | Pune, India | linkedin.com/in/aarav-sharma-example</w:t>
      </w:r>
    </w:p>
    <w:p>
      <w:pPr>
        <w:spacing w:before="160" w:after="40"/>
        <w:pBdr>
          <w:bottom w:val="single" w:sz="6" w:space="1" w:color="111111"/>
        </w:pBdr>
      </w:pPr>
      <w:r>
        <w:rPr>
          <w:rFonts w:ascii="Arial" w:hAnsi="Arial"/>
          <w:b/>
          <w:i w:val="0"/>
          <w:sz w:val="20"/>
        </w:rPr>
        <w:t>EDUCATION</w:t>
      </w:r>
    </w:p>
    <w:p>
      <w:pPr>
        <w:tabs>
          <w:tab w:pos="10080" w:val="right"/>
        </w:tabs>
        <w:spacing w:after="0"/>
      </w:pPr>
      <w:r>
        <w:rPr>
          <w:rFonts w:ascii="Arial" w:hAnsi="Arial"/>
          <w:b/>
          <w:i w:val="0"/>
          <w:sz w:val="21"/>
        </w:rPr>
        <w:t>Example Business School (fictional)</w:t>
      </w:r>
      <w:r>
        <w:rPr>
          <w:rFonts w:ascii="Arial" w:hAnsi="Arial"/>
          <w:b w:val="0"/>
          <w:i w:val="0"/>
          <w:sz w:val="21"/>
        </w:rPr>
        <w:tab/>
        <w:t>2025 - 2027 (expected)</w:t>
      </w:r>
    </w:p>
    <w:p>
      <w:pPr>
        <w:spacing w:after="20"/>
      </w:pPr>
      <w:r>
        <w:rPr>
          <w:rFonts w:ascii="Arial" w:hAnsi="Arial"/>
          <w:b w:val="0"/>
          <w:i/>
          <w:sz w:val="21"/>
        </w:rPr>
        <w:t>MBA</w:t>
      </w:r>
    </w:p>
    <w:p>
      <w:pPr>
        <w:spacing w:after="20"/>
      </w:pPr>
      <w:r>
        <w:rPr>
          <w:rFonts w:ascii="Arial" w:hAnsi="Arial"/>
          <w:b w:val="0"/>
          <w:i w:val="0"/>
          <w:sz w:val="20"/>
        </w:rPr>
        <w:t>CGPA [X.X]/10. Student council vice-president.</w:t>
      </w:r>
    </w:p>
    <w:p>
      <w:pPr>
        <w:tabs>
          <w:tab w:pos="10080" w:val="right"/>
        </w:tabs>
        <w:spacing w:after="0"/>
      </w:pPr>
      <w:r>
        <w:rPr>
          <w:rFonts w:ascii="Arial" w:hAnsi="Arial"/>
          <w:b/>
          <w:i w:val="0"/>
          <w:sz w:val="21"/>
        </w:rPr>
        <w:t>Example Institute of Technology (fictional)</w:t>
      </w:r>
      <w:r>
        <w:rPr>
          <w:rFonts w:ascii="Arial" w:hAnsi="Arial"/>
          <w:b w:val="0"/>
          <w:i w:val="0"/>
          <w:sz w:val="21"/>
        </w:rPr>
        <w:tab/>
        <w:t>2018 - 2022</w:t>
      </w:r>
    </w:p>
    <w:p>
      <w:pPr>
        <w:spacing w:after="20"/>
      </w:pPr>
      <w:r>
        <w:rPr>
          <w:rFonts w:ascii="Arial" w:hAnsi="Arial"/>
          <w:b w:val="0"/>
          <w:i/>
          <w:sz w:val="21"/>
        </w:rPr>
        <w:t>B.E., Industrial Engineering</w:t>
      </w:r>
    </w:p>
    <w:p>
      <w:pPr>
        <w:spacing w:after="20"/>
      </w:pPr>
      <w:r>
        <w:rPr>
          <w:rFonts w:ascii="Arial" w:hAnsi="Arial"/>
          <w:b w:val="0"/>
          <w:i w:val="0"/>
          <w:sz w:val="20"/>
        </w:rPr>
        <w:t>First class with distinction.</w:t>
      </w:r>
    </w:p>
    <w:p>
      <w:pPr>
        <w:spacing w:before="160" w:after="40"/>
        <w:pBdr>
          <w:bottom w:val="single" w:sz="6" w:space="1" w:color="111111"/>
        </w:pBdr>
      </w:pPr>
      <w:r>
        <w:rPr>
          <w:rFonts w:ascii="Arial" w:hAnsi="Arial"/>
          <w:b/>
          <w:i w:val="0"/>
          <w:sz w:val="20"/>
        </w:rPr>
        <w:t>EXPERIENCE</w:t>
      </w:r>
    </w:p>
    <w:p>
      <w:pPr>
        <w:tabs>
          <w:tab w:pos="10080" w:val="right"/>
        </w:tabs>
        <w:spacing w:after="0"/>
      </w:pPr>
      <w:r>
        <w:rPr>
          <w:rFonts w:ascii="Arial" w:hAnsi="Arial"/>
          <w:b/>
          <w:i w:val="0"/>
          <w:sz w:val="21"/>
        </w:rPr>
        <w:t>Example Industrial Products Ltd (fictional)</w:t>
      </w:r>
      <w:r>
        <w:rPr>
          <w:rFonts w:ascii="Arial" w:hAnsi="Arial"/>
          <w:b w:val="0"/>
          <w:i w:val="0"/>
          <w:sz w:val="21"/>
        </w:rPr>
        <w:tab/>
        <w:t>May 2026 - Jul 2026</w:t>
      </w:r>
    </w:p>
    <w:p>
      <w:pPr>
        <w:spacing w:after="20"/>
      </w:pPr>
      <w:r>
        <w:rPr>
          <w:rFonts w:ascii="Arial" w:hAnsi="Arial"/>
          <w:b w:val="0"/>
          <w:i/>
          <w:sz w:val="21"/>
        </w:rPr>
        <w:t>Summer Intern, Business Head's Office, Mumbai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Analysed margins across 5 product lines and 3 regions; found 2 products drove 70 percent of margin leakage from discounting.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Proposed a discount-approval policy; the pilot in 1 region lifted gross margin by 1.4 points in 6 weeks.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Presented findings to the business head and 4 regional managers; policy approved for 2 more regions.</w:t>
      </w:r>
    </w:p>
    <w:p>
      <w:pPr>
        <w:tabs>
          <w:tab w:pos="10080" w:val="right"/>
        </w:tabs>
        <w:spacing w:after="0"/>
      </w:pPr>
      <w:r>
        <w:rPr>
          <w:rFonts w:ascii="Arial" w:hAnsi="Arial"/>
          <w:b/>
          <w:i w:val="0"/>
          <w:sz w:val="21"/>
        </w:rPr>
        <w:t>Example Distribution Pvt Ltd (fictional)</w:t>
      </w:r>
      <w:r>
        <w:rPr>
          <w:rFonts w:ascii="Arial" w:hAnsi="Arial"/>
          <w:b w:val="0"/>
          <w:i w:val="0"/>
          <w:sz w:val="21"/>
        </w:rPr>
        <w:tab/>
        <w:t>Jul 2022 - Jun 2025</w:t>
      </w:r>
    </w:p>
    <w:p>
      <w:pPr>
        <w:spacing w:after="20"/>
      </w:pPr>
      <w:r>
        <w:rPr>
          <w:rFonts w:ascii="Arial" w:hAnsi="Arial"/>
          <w:b w:val="0"/>
          <w:i/>
          <w:sz w:val="21"/>
        </w:rPr>
        <w:t>Area Manager, then Operations Lead, Pune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Led a team of 18 across sales and logistics for a Rs 45 crore territory; revenue grew 22 percent over 2 years while costs stayed flat.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Fixed delivery delays at 3 depots by redesigning routes and shift timings; on-time delivery rose from 79 to 92 percent.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Coached 4 team leads; 2 were promoted within 12 months.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Renegotiated 5 transport contracts, saving Rs 55 lakh a year without service loss.</w:t>
      </w:r>
    </w:p>
    <w:p>
      <w:pPr>
        <w:spacing w:before="160" w:after="40"/>
        <w:pBdr>
          <w:bottom w:val="single" w:sz="6" w:space="1" w:color="111111"/>
        </w:pBdr>
      </w:pPr>
      <w:r>
        <w:rPr>
          <w:rFonts w:ascii="Arial" w:hAnsi="Arial"/>
          <w:b/>
          <w:i w:val="0"/>
          <w:sz w:val="20"/>
        </w:rPr>
        <w:t>PROJECTS</w:t>
      </w:r>
    </w:p>
    <w:p>
      <w:pPr>
        <w:tabs>
          <w:tab w:pos="10080" w:val="right"/>
        </w:tabs>
        <w:spacing w:after="0"/>
      </w:pPr>
      <w:r>
        <w:rPr>
          <w:rFonts w:ascii="Arial" w:hAnsi="Arial"/>
          <w:b/>
          <w:i w:val="0"/>
          <w:sz w:val="21"/>
        </w:rPr>
        <w:t>Turnaround plan: [regional retail chain]</w:t>
      </w:r>
      <w:r>
        <w:rPr>
          <w:rFonts w:ascii="Arial" w:hAnsi="Arial"/>
          <w:b w:val="0"/>
          <w:i w:val="0"/>
          <w:sz w:val="21"/>
        </w:rPr>
        <w:tab/>
      </w:r>
    </w:p>
    <w:p>
      <w:pPr>
        <w:spacing w:after="20"/>
      </w:pPr>
      <w:r>
        <w:rPr>
          <w:rFonts w:ascii="Arial" w:hAnsi="Arial"/>
          <w:b w:val="0"/>
          <w:i w:val="0"/>
          <w:sz w:val="20"/>
        </w:rPr>
        <w:t>Diagnosed falling same-store sales in a case; recommended 3 actions with Rs 3 crore impact; won second place among 180 teams.</w:t>
      </w:r>
    </w:p>
    <w:p>
      <w:pPr>
        <w:tabs>
          <w:tab w:pos="10080" w:val="right"/>
        </w:tabs>
        <w:spacing w:after="0"/>
      </w:pPr>
      <w:r>
        <w:rPr>
          <w:rFonts w:ascii="Arial" w:hAnsi="Arial"/>
          <w:b/>
          <w:i w:val="0"/>
          <w:sz w:val="21"/>
        </w:rPr>
        <w:t>College fest operations</w:t>
      </w:r>
      <w:r>
        <w:rPr>
          <w:rFonts w:ascii="Arial" w:hAnsi="Arial"/>
          <w:b w:val="0"/>
          <w:i w:val="0"/>
          <w:sz w:val="21"/>
        </w:rPr>
        <w:tab/>
      </w:r>
    </w:p>
    <w:p>
      <w:pPr>
        <w:spacing w:after="20"/>
      </w:pPr>
      <w:r>
        <w:rPr>
          <w:rFonts w:ascii="Arial" w:hAnsi="Arial"/>
          <w:b w:val="0"/>
          <w:i w:val="0"/>
          <w:sz w:val="20"/>
        </w:rPr>
        <w:t>Led a 60-person team with a Rs 35 lakh budget; delivered 4 days of events for 12,000 attendees.</w:t>
      </w:r>
    </w:p>
    <w:p>
      <w:pPr>
        <w:spacing w:before="160" w:after="40"/>
        <w:pBdr>
          <w:bottom w:val="single" w:sz="6" w:space="1" w:color="111111"/>
        </w:pBdr>
      </w:pPr>
      <w:r>
        <w:rPr>
          <w:rFonts w:ascii="Arial" w:hAnsi="Arial"/>
          <w:b/>
          <w:i w:val="0"/>
          <w:sz w:val="20"/>
        </w:rPr>
        <w:t>SKILLS</w:t>
      </w:r>
    </w:p>
    <w:p>
      <w:pPr>
        <w:spacing w:after="0"/>
      </w:pPr>
      <w:r>
        <w:rPr>
          <w:rFonts w:ascii="Arial" w:hAnsi="Arial"/>
          <w:b/>
          <w:i w:val="0"/>
          <w:sz w:val="20"/>
        </w:rPr>
        <w:t xml:space="preserve">Core: </w:t>
      </w:r>
      <w:r>
        <w:rPr>
          <w:rFonts w:ascii="Arial" w:hAnsi="Arial"/>
          <w:b w:val="0"/>
          <w:i w:val="0"/>
          <w:sz w:val="20"/>
        </w:rPr>
        <w:t>P&amp;L management, Sales and operations, People leadership, Strategy</w:t>
      </w:r>
    </w:p>
    <w:p>
      <w:pPr>
        <w:spacing w:after="0"/>
      </w:pPr>
      <w:r>
        <w:rPr>
          <w:rFonts w:ascii="Arial" w:hAnsi="Arial"/>
          <w:b/>
          <w:i w:val="0"/>
          <w:sz w:val="20"/>
        </w:rPr>
        <w:t xml:space="preserve">Tools: </w:t>
      </w:r>
      <w:r>
        <w:rPr>
          <w:rFonts w:ascii="Arial" w:hAnsi="Arial"/>
          <w:b w:val="0"/>
          <w:i w:val="0"/>
          <w:sz w:val="20"/>
        </w:rPr>
        <w:t>Excel (advanced), PowerPoint, SAP (basic), Power BI</w:t>
      </w:r>
    </w:p>
    <w:p>
      <w:pPr>
        <w:spacing w:after="0"/>
      </w:pPr>
      <w:r>
        <w:rPr>
          <w:rFonts w:ascii="Arial" w:hAnsi="Arial"/>
          <w:b/>
          <w:i w:val="0"/>
          <w:sz w:val="20"/>
        </w:rPr>
        <w:t xml:space="preserve">Languages: </w:t>
      </w:r>
      <w:r>
        <w:rPr>
          <w:rFonts w:ascii="Arial" w:hAnsi="Arial"/>
          <w:b w:val="0"/>
          <w:i w:val="0"/>
          <w:sz w:val="20"/>
        </w:rPr>
        <w:t>English, Hindi, Marathi</w:t>
      </w:r>
    </w:p>
    <w:p>
      <w:pPr>
        <w:spacing w:before="160" w:after="40"/>
        <w:pBdr>
          <w:bottom w:val="single" w:sz="6" w:space="1" w:color="111111"/>
        </w:pBdr>
      </w:pPr>
      <w:r>
        <w:rPr>
          <w:rFonts w:ascii="Arial" w:hAnsi="Arial"/>
          <w:b/>
          <w:i w:val="0"/>
          <w:sz w:val="20"/>
        </w:rPr>
        <w:t>EXTRACURRICULARS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Student council vice-president: ran 3 elections and a Rs 8 lakh budget.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Volunteer for a rural education NGO, supporting 150 students.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Cricket: batch team captain.</w:t>
      </w:r>
    </w:p>
    <w:p>
      <w:pPr>
        <w:spacing w:before="160"/>
      </w:pPr>
      <w:r>
        <w:rPr>
          <w:rFonts w:ascii="Arial" w:hAnsi="Arial"/>
          <w:b w:val="0"/>
          <w:i/>
          <w:color w:val="76809B"/>
          <w:sz w:val="16"/>
        </w:rPr>
        <w:t>Template note: Fictional candidate. All names, employers, figures and contact details are invented for illustration. Replace every [placeholder] with your own facts.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