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Entrepreneurship cell lead.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Institute of Technology (fictional)</w:t>
      </w:r>
      <w:r>
        <w:rPr>
          <w:rFonts w:ascii="Arial" w:hAnsi="Arial"/>
          <w:b w:val="0"/>
          <w:i w:val="0"/>
          <w:sz w:val="21"/>
        </w:rPr>
        <w:tab/>
        <w:t>2018 - 2022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B.Tech, Computer Science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class; incubated a student venture in the college incubator.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Tiffin Co (fictional venture)</w:t>
      </w:r>
      <w:r>
        <w:rPr>
          <w:rFonts w:ascii="Arial" w:hAnsi="Arial"/>
          <w:b w:val="0"/>
          <w:i w:val="0"/>
          <w:sz w:val="21"/>
        </w:rPr>
        <w:tab/>
        <w:t>Aug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Co-founder and Head of Operations,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Interviewed 60 office workers to validate demand for healthy tiffin subscriptions; piloted with 15 customers before spending on a kitchen.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Grew to 220 weekly subscribers and Rs 6.5 lakh monthly revenue within 14 months; gross margin 38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Cut delivery cost per order from Rs 42 to Rs 29 by batching routes and moving to 2 fixed delivery windows.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Raised Rs 18 lakh from 2 angels; extended runway from 5 to 11 months by renegotiating 2 supplier contracts. Wound down in June 2025 after unit economics failed to improve; lessons documented.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Startup Studio Pvt Ltd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Venture Building, Bengaluru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Ran 25 customer interviews to test a B2B invoicing idea; 3 of 25 would pay, so the team deprioritised it in favour of a stronger idea.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unit-economics model with 3 scenarios for a new venture; investors reviewed it in the seed-stage discussion.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Created a landing page and pre-sale test that collected 140 sign-ups and 9 paid pre-orders in 3 weeks.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Student startup competition: [campus fintech idea]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Finalist among 220 teams; built a working prototype and a 10-slide pitch.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Financial model: [subscription business]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Built a model with break-even, CAC payback and sensitivity on churn and price.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Customer discovery, Unit economics, Early sales, Fundraising basics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Excel, Webflow, Airtable, HubSpot, Razorpay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Entrepreneurship cell lead: ran a 4-week pitch bootcamp for 60 student founders.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Angel investor community volunteer: reviewed 30 early-stage pitches.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Weekend trekker; has led 4 group treks.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ventures,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